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Н.Ф.Судакова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Судакова Николая Федоровича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