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Ю.В.Кузнецова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Кузнецова Юрия Викторовича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14-ПР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