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С.Н.Кузьм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Кузьменко Серге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