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Е.В.Сингаевского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Сингаевского Евгения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93-ПР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