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С.А.Парубова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Парубова Сергея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