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В.В.Кошевого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Кошевого Василия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