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А.Л.Красных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Красных Александра Леонидовича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