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С.П.Вязова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Вязова Сергея Павловича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