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В.А.Парубовой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Парубовой Веры Анатольевны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21-ПР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