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М.Битхае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Битхаева Алексе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