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гражданина В.С.Прыткова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Прыткова Владимира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