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С.П.Маврина, Н.В.Мельникова, рассмотрев по требованию гражданина Е.В.Филатова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Филатова Евгения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