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Р.Ф.Гумарова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Гумарова Руслана Фатыховича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