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74-П/2023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А.М.Журавлева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Журавлева Александра Михайловича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74-ПР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