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47-П/2022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гражданина Г.В.Карпова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Карпова Геннадия Васильевича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47-ПР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