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73-П/2023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В.В.Миронниковой вопрос о возможности принятия ее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гражданки Миронниковой Валентины Витальевны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73-ПР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