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С.Ю.Лялина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Лялина Станислава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