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213199-П/2015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Науменкова Павла Владиславовича на нарушение его конституционных прав частью первой статьи 4018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П.В.Науменкова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Науменкова Павла Владиславовича,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