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32675-П/1995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Филипповой Тамары Николаевны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гражданки Т.Н.Филипповой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Т.Н.Филиппова неоднократно направляла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статей 96 и 97 Федерального конституционного закона "О Конституционном Суде Российской Федерации" следует, что граждане вправе обращаться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Филипповой Тамары Николаевны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