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1063-П/1997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 прекращении производства по делу о проверке конституционности пункта 4 статьи 102 Регламента Совета Федерации первого созыва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Э.М.Аметистова, Н.Т.Ведерникова, Н.В.Витрука, Г.А.Гаджиева, Ю.М.Данилова, В.Д.Зорькина, А.Л.Кононова, Т.Г.Морщаковой, В.И.Олейника, Ю.Д.Рудкина, Н.В.Селезнева, В.Г.Стрекозова, О.И.Тиунова, О.С.Хохряковой, Б.С.Эбзеева, В.Г.Ярославцева, рассмотрев в пленарном заседании вопрос о прекращении производства по делу о проверке конституционности пункта 4 статьи 102 Регламента Совета Федерации первого созыва,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делу о проверке конституционности пункта 4 статьи 102 Совета Федерации первого созыва в связи с отзывом заявителем своего запроса до начала рассмотрения дела в заседании Конституционного Суда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