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917123-П/2026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Вагина Сергея Николаевича на нарушение его конституционных прав пунктом 1 Правил осуществления выплаты на проведение оздоровительного отдыха детей военнослужащих, лиц, проходящих службу в войсках национальной гвардии Российской Федерации и имеющих специальные звания полиции, и сотрудников некоторых федеральных органов исполнительной власти, ставших инвалидами вследствие военной травмы, погибших (умерших), пропавших без вести при исполнении обязанностей военной службы (служебных обязанностей) по контракту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С.Н.Вагина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С.Н.Вагин оспаривает конституционность пункта 1 Правил осуществления выплаты на проведение оздоровительного отдыха детей военнослужащих, лиц, проходящих службу в войсках национальной гвардии Российской Федерации и имеющих специальные звания полиции, и сотрудников некоторых федеральных органов исполнительной власти, ставших инвалидами вследствие военной травмы, погибших (умерших), пропавших без вести при исполнении обязанностей военной службы 2 (служебных обязанностей) по контракту (далее – Правила; утверждены Постановлением Правительства Российской Федерации от 31 декабря 2004 года № 911), определяющего, в частности, круг лиц, имеющих право на получение выплаты, предусмотренной данными Правилами, условия ее осуществления и размер. Как следует из представленных материалов, заявителю, являющемуся инвалидом II группы вследствие заболевания, полученного при исполнении обязанностей военной службы в связи с катастрофой на Чернобыльской АЭС, суды общей юрисдикции отказали в удовлетворении требования о признании незаконным отказа в осуществлении выплаты, предусмотренной названными Правилами, в связи с тем, что причиной инвалидности заявителя явилась не военная травма. По мнению С.Н.Вагина, оспариваемое положение, примененное в его деле судами общей юрисдикции, не соответствует статьям 7, 39 (часть 1) и 42 Конституции Российской Федерации, поскольку в системе действующего правового регулирования, в том числе в нормативной связи с абзацем пятым подпункта 1 пункта 2 статьи 15 Федерального закона от 15 декабря 2001 года № 166-ФЗ «О государственном пенсионном обеспечении в Российской Федерации», статьями 15 и 24 Закона Российской Федерации от 15 мая 1991 года № 1244-I «О социальной защите граждан, подвергшихся воздействию радиации вследствие катастрофы на Чернобыльской АЭС» и абзацем вторым пункта 14 Правил признания лица инвалидом (утверждены Постановлением Правительства Российской Федерации от 20 февраля 2006 года № 95, которое утратило силу в связи с изданием Постановления Правительства Российской Федерации от 5 апреля 2022 года № 588), по смыслу, придаваемому ему правоприменительной практикой, лишает военнослужащих, признанных инвалидами вследствие заболевания, полученного при исполнении обязанностей военной службы в связи с катастрофой на Чернобыльской АЭС, права на получение выплаты на проведение оздоровительного отдыха их детей.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Вагина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