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Кулагина Павла Юрьевича на нарушение его конституционных прав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П.Ю.Кулагина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П.Ю.Кулагин ранее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Кулагина Павла Юрьевича,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