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916967-О/2026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Бахметьева Николая Прокопьевича на нарушение его конституционных прав статьями 61 и 67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Н.П.Бахметьева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Н.П.Бахметьев оспаривает конституционность статей 61 «Основания для освобождения от доказывания» и 67 «Оценка доказательств» ГПК Российской Федерации. Как следует из представленных материалов, апелляционным определением суда общей юрисдикции от 21 декабря 2021 года, с которым согласились суды кассационной инстанции, решение суда первой инстанции по иску об устранении Н.П.Бахметьевым препятствий в пользовании земельным участком истца оставлено без изменения в части возложения на ответчика обязанности совершить определенные действия, изменено в части 2 обязанности перенести строение, а в остальной части отменено. Позднее Н.П.Бахметьеву было отказано в разъяснении указанного апелляционного определения. По мнению Н.П.Бахметьева, оспариваемые законоположения противоречат Конституции Российской Федерации, в том числе ее статье 123 (часть 3), в той мере, в какой они по смыслу, придаваемому им правоприменительной практикой, позволяют суду оценивать доказательства лишь по своему внутреннему убеждению, принимать основанные на недопустимых доказательствах решения, которые невозможно исполнить. Кроме того, заявитель просит отменить принятые по его делу судебные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как следует из представленных материалов, с момента принятия последнего судебного постановления, которым подтверждается применение статьи 67 ГПК Российской Федерации в деле с участием Н.П.Бахметьева об устранении препятствий в пользовании земельным участком и при рассмотрении судами вопроса о взыскании судебных 3 расходов в рамках указанного дела и до подачи заявителем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Бахметьева Николая Прокопьевича,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