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Департамента градостроительства, архитектуры и землеустройства администрации города Абакана об участии в судебном заседании Судебной коллегии по экономическим спорам Верховного Суда Российской Федерации по делу № А74-10057/2024 путем использования системы видеоконференц-связи.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Поручить Арбитражному суду Республики Хакасия организацию видеоконференц-связи в здании суда (ул. Крылова д. 74, &lt;...&gt;) в целях участия Департамента градостроительства, архитектуры и землеустройства администрации города Абакана в судебном заседании Судебной коллегии по экономическим спорам Верховного Суда Российской Федерации, назначенном на 11 часов 30 минут (время московское) 12 августа 2026 г. по адресу: ул. Поварская, д. 15, Москва.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Арбитражному суду Республики Хакасия известить Департамент градостроительства, архитектуры и землеустройства администрации &lt;...&gt;, &lt;...&gt;), индивидуального предпринимателя ФИО1 (ул. Лесная, д. 9, &lt;...&gt;) о явке 12 августа 2026 г. в 11 часов 30 минут (время московское) в Арбитражный суд Республики Хакасия., расположенный по адресу: ул. Крылова д. 74, &lt;...&gt;, при содействии которого лица, участвующие в деле, смогут участвовать в судебном заседании Судебной коллегии по экономическим спорам Верховного Суда Российской Федерации путем использования системы видеоконференц-связи.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Арбитражному суду Республики Хакасия проверить явку лиц, участвующих в деле, их представителей, установить личность явившихся лиц, проверить их полномочия, истребовать доверенности и выяснить вопрос о возможности их участия в соответствии с правилами, установленными частью 2 статьи Арбитражного процессуального кодекса Российской Федерации. Копии документов, удостоверяющих полномочия лиц, участвующих в деле, либо их представителей выслать в Секретариат Судебной коллегии по экономическим спорам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Арбитражному суду Республики Хакасия осуществить контроль за обеспечением технической возможности проведения данного судебного заседания. В сроки, установленные в части 4 статьи 153.1 Арбитражного процессуального кодекса Российской Федерации,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заседания. Судья Верховного Суда Российской Федерации А.А. Якимов Суд: Верховный Суд РФ (подробнее) Ответчики: Администрация города Абакана (подробнее) ДЕПАРТАМЕНТ ГРАДОСТРОИТЕЛЬСТВА, АРХИТЕКТУРЫ И ЗЕМЛЕУСТРОЙСТВА АДМИНИСТРАЦИИ ГОРОДА АБАКАНА (подробнее) Иные лица: Арбитражный суд Восточно-Сибирского округа (подробнее) Судьи дела: Грачева И.Л. (судья) (подробнее) Последние документы по делу: Определение от 9 июля 2026 г. по делу № А74-10057/2024 Определение от 2 июля 2026 г. по делу № А74-10057/2024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