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ФИО1 на определение начальника полиции ОМВД России по ЗАТО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