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review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4-review/2015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декабря 2015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