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review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186-review/2018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июля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