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124-review/1980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