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plenum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8-plenum/2010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20 апреля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