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27-plenum/2010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ноября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