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60-plenum/2006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декабря 2006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