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pStyle w:val="Heading1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ПОСТАНОВЛЕНИЕ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4"/>
        </w:rPr>
        <w:t>№ 28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