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plenum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28-plenum/2016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июня 2016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