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Серков Петр Павлович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Пирожков Валентин Николаевич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Анишина Вера Ивановна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Борисова Любовь Владимировна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Еременко Татьяна Ивановна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Калинина Людмила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Ксенофонтова Ольга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Меркулов Владимир Павлович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Хаменков Владимир Борисович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Горчакова Елена Викторовна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Толчеев Николай Кириллович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Емышева Валентина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Зайцев Владимир Юрьевич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Романенков Николай Семенович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Беспалова Зоя Дмитриевна II. Судебная коллегия по гражданским делам Верховного Суда Российской Федерации в составе 15 судей Верховного Суда Российской Федерации, в том числе: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Нечаев Василий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Соловьев Владимир Николаевич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Горшков Вячеслав Валерьевич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Гетман Елена Станиславовна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Момотов Виктор Викторович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Пчелинцева Людмила Михайловна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Харланов Александр Васильевич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Горохов Борис Александрович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Гуляева Галина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Задворнов Михаил Васильевич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Корчашкина Тамара Егоровна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Назарова Алла Михайловна III. Судебная коллегия по уголовным делам Верховного Суда Российской Федерации в составе 81 судьи Верховного Суда Российской Федерации, в том числе: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Петроченков Анатолий Яковлевич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Давыдов Владимир Александрович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Дзыбан Александр Андреевич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Куменков Анатолий Викторович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Морозов Евгений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Рудаков Сергей Валентинович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Сидоренко Юрий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Харламов Алексей Сергеевич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Хлебников Николай Леонидович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Тимошин Николай Викторович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Шурыгин Алексей Петрович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Зырянов Александр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Иванов Геннадий Петрович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Каменев Николай Дмитриевич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Климов Александр Николаевич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Кочин Василий Васильевич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Лизунов Валерий Михайлович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Микрюков Владимир Васильевич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Степалин Валерий Петрович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Шамов Алексей Викторович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Шишлянников Владимир Федорович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Яковлев Вячеслав Ксенофонтович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Кузнецов Валентин Васильевич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Абрамов Сергей Николаевич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Борисов Виктор Петрович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Ботин Александр Георгиевич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Валюшкин Виктор Алексеевич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Галиуллин Зямиль Фаррахович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Кондратов Петр Емельянович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Лавров Николай Геннадьевич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Ламинцева Светлана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Мещеряков Дмитрий Анатольевич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Пейсикова Елена Владимировна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Тришева Антонина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Толкаченко Анатолий Анатольевич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Бирюков Николай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Бондаренко Олег Михайлович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Журавлев Валерий Александрович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Коваль Владимир Сергеевич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Колышницын Александр Сергеевич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Кузьмин Борис Сергеевич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Семенов Николай Валентинович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Ситников Юрий Васильевич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Талдыкина Татьяна Тихоновна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Тонконоженко Александр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Эрдыниев Эдуард Борисович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Червоткин Александр Сергеевич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Боровиков Владимир Петрович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Ведерникова Ольга Николаевна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Глазунова Лидия Ивановна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Ермолаева Татьяна Александровна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Зеленин Сергей Рэмович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Зыкин Василий Яковлевич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Кудрявцева Екатерина Петровна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Русаков Владимир Владимирович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Фетисов Сергей Михайлович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Фролова Людмила Георгиевна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Чакар Рита Сояновна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Магомедов Магомед Магомедович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Безуглый Николай Павлович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Ворожцов Сергей Алексеевич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Истомина Галина Николаевна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Лутов Владимир Николаевич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Нестеров Василий Владимирович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Пелевин Николай Павлович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Скрябин Константин Евгеньевич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Старков Андрей Владимирович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Хомицкая Татьяна Павловна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Шалумов Михаил Славович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Шмаленюк Сергей Иванович IV. Военная коллегия Верховного Суда Российской Федерации в составе 8 судей Верховного Суда Российской Федерации, в том числе: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Хомчик Владимир Владимирович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Крупнов Игорь Владимирович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Воронов Александр Владимирович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Жудро Кирилл Сергеевич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Королев Леонид Алексеевич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Коронец Александр Николаевич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Соловьев Анатолий Иванович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Шалякин Алексей Семенович Председатель Верховного Суда Российской Федерации В.М. Лебедев Секретарь Пленума, судья Верховного Суда Российской Федерации В.В. Дорошков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