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3-review/2006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июня 2006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