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review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июня 2003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