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140062-plenum/2005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