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98157-plenum/2005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