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90030187-plenum/2000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