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12-plenum/2003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