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16-plenum/2002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сентября 2002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