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64-plenum/1991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июля 1997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