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1-plenum/1981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марта 1981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