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2-plenum/1972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августа 1972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