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40-plenum/1968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1968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