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26-plenum/1965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декабря 1965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