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Четырнадцатого арбитражного апелляционного суда от 19.08.2013 и постановление Федерального арбитражного суда Северо- Западного округа от 06.12.2013 по делу № А05-15514/2012 Арбитражного суда Архангельской области отменить. Решение Арбитражного суда Архангельской области от 15.03.2013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