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17.07.2013 и постановление Федерального арбитражного суда Северо- Западного округа от 05.11.2013 по делу № А56-79454/2012 Арбитражного суда города Санкт-Петербурга и Ленинградской области отменить. 9 Решение Арбитражного суда города Санкт-Петербурга и Ленинградской области от 12.04.2013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