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30.04.2013 по делу № А41-9446/11, постановление Десятого арбитражного апелляционного суда от 07.08.2013 и постановление Федерального арбитражного суда Московского округа от 21.10.2013 по тому же делу в части признания недействительными действий по погашению открытым акционерным обществом «Ногинский мясокомбинат» задолженности перед коммерческим банком «ЮНИАСТРУМ БАНК» (обществом с ограниченной ответственностью) по договору кредитования банковского счета от 19.10.2009 № 66-09/Кр-Ов отменить. Дело в отмененной части направить в Арбитражный суд Московской области на новое рассмотрение.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