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 Кавказского округа от 26.07.2013 по делу № А53-17625/12 Арбитражного суда Ростовской области отменить. Решение Арбитражного суда Ростовской области от 29.10.2012, постановление Пятнадцатого арбитражного апелляционного суда от 07.03.2013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